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"חדר על הגג" מאת סביון ליברכט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נושאים מרכזיים כמו פחד מהזר, שליטה והכחשה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אמצעים אמנותיים כמו אירוניה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היא רוצה להוכיח שהיא יכולה לבצע את הפרויקט בעצמה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שהוא למד רפואה ורצה להיות רופא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מוחמד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האישה מכחישה את מה שהבינה ומספרת גרסה שקרית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של האישה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ניסיון להתקרב ובו בזמן פער מעמדי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לאישה אין שם בסיפור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יואל מתנגד לרעיון הבנייה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זוהי האקספוזיציה המאוחרת והרטרוספקטיבה במבנה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חסן מתואר כעדין ומשכיל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הטענה השקרית שהיא ממציאה כדי להסתיר את רגשותיה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(אם צעירה ועקשנית הנקרעת בין שליטה לפחד ולבסוף בוחרת בהכחשה)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(פועל עדין ומשכיל שלמד רפואה ומפסיק להגיע אחרי העימות)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(הבעל המתנגד לבנייה ושואלתו בסוף חושפת דעה קדומה)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(פועל שמחליף את חסן ומבטו מאיים על האישה)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(פועלים נוספים שמגיעים יחד עם חסן לבנייה)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יואל נוסע לחו"ל לחודשיים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האישה שוכרת את חסן, אחמד וסלאח לבניית 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חסן מרים ומרגיע את אודי לאחר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לאחר עימות, חסן מפסיק להגיע ומוחמד מחליף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יואל חוזר מהנסיעה ושואל על הפועלים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האישה מספרת ליואל גרסה שקרית על מוטות ברזל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האישה חושדת בפועלים ומפחדת מהם עוד לפני שעשו דבר, צועקת עליהם ומנסה להפגין סמכות, אך גם מתביישת ונמשכת אליהם; הפחד גורם לה לראות אותם כאיום גם כשהם נוהגים בעדינות.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החדר מסמל שאיפה לעצמאות ולמרחב פרטי משלה, אך בנייתו מחייבת הכנסת זרים אל הבית ופריצת גבולות, ומשאירה בה פחד ואשמה.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ייתכן שהיא מתביישת ברגשות שהתעוררו בה, ומעדיפה לחזור לסטריאוטיפ המוכר כדי להימנע מהתמודדות עם האשמה והקונפליקט הפנימי שלה.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יתייחסו לכך שהשאלה מניחה מראש בעיה מצד הפועלים רק בגלל זהותם, ויביאו דוגמה כמו תגובת האישה או יחסה לפועלים לאורך הסיפור. יש לבדוק נימוק עקבי וקשר לטקסט.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יואל נוסע לחו"ל, והאישה שוכרת פועלים ומנהלת את הבנייה בעצמה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חסן מתגלה כעדין ומשכיל, מי שלמד רפואה, בניגוד לחשד שהאישה חשה כלפיו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האישה מכחישה את רגשותיה ומספרת סיפור שקרי, מה שחושף את הדעה הקדומה שהיא עדיין אוחזת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המפגש בין האישה לפועלים לפני קריאת הסיכום, כדי לעורר מחשבה על דעות קדומות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נפרד לניתוח הציטוט על ה'אדונית העריצה' ככלי להבנת הקונפליקט הפנימי של האישה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הכתיבה לעבודה בזוגות ולאפשר שיתוף תשובות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"חדר על הגג" מאת סביון ליברכט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אישה שבונה חדר על הגג שלה עם פועלים ערבים. יש ביניהם מתח ופחד, אבל גם קרבה. הדף מתרגל מה קורה בסיפור ומה הוא בא ללמד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כל יודע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שיודע הכל על הדמויות, גם מה הן חושבות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העיניים שדרכן אנחנו רואים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רטרוספקטיבה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אחורה בזמן לספר מה קרה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אקספוזיציה מאוחרת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שמספרת על זמן מאוחר, ורק אחר כך חוזרים להתחלה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 קדומה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שלילית על קבוצת אנשים בלי להכיר אותם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שהקורא יודע למה שהדמות אומרת או חושבת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בסיפור שמייצג רעיון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מבע משולב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כשהמספר מביא את מחשבות הדמות בתוך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האישה בונה את החדר דווקא כשיואל לא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יואל ביקש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רוצה להוכיח שהיא יכולה לבצע את הפרויקט בעצמה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לה ברירה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הפועלים ביקשו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אנחנו לומדים על חסן אחרי שהוא עוזר לתינוק?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קבלן מנוסה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למד רפואה ורצה להיות רופא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אביו של אודי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גר ליד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מגיע במקום חסן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סלאח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האישה מספרת ליואל את האמת על רגשותיה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האישה מכחישה את מה שהבינה ומספרת גרסה שקרית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הפועלים חוזרים לסיים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יואל פוגש את 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דרך עיני מי אנחנו רואים את רוב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 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 יואל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 האישה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 אודי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הקפה בכלים היפים מראה על היחס של האישה לפועלים?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שגרה רגילה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ניסיון להתקרב ובו בזמן פער מעמדי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על הפועלים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חוסר עניין בפועלים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בסיפור נקראת בשמה הפרטי לאורך כל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יואל תומך ברעיון בניית החדר מההתחלה.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נפתח בקיץ, אחרי שהחדר כבר נבנה, ורק אחר כך חוזר לתאר את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חסן מתואר כאדם גס רוח ואלים.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האישה מספרת ליואל שהפועלים ניסו לרמות אותה במוטות ברזל.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הבעל המתנגד לבנייה ושואלתו בסוף חושפת דעה קדומה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פועלים נוספים שמגיעים יחד עם חסן לבנייה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אם צעירה ועקשנית הנקרעת בין שליטה לפחד ולבסוף בוחרת בהכחשה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מוחמד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 עדין ומשכיל שלמד רפואה ומפסיק להגיע אחרי העימות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אחמד וסלאח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 שמחליף את חסן ומבטו מאיים על האישה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חסן מרים ומרגיע את אודי לאחר שנפל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לאחר עימות, חסן מפסיק להגיע ומוחמד מחליף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יואל חוזר מהנסיעה ושואל על הפועלים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מספרת ליואל גרסה שקרית על מוטות ברזל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שוכרת את חסן, אחמד וסלאח לבניית החדר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יואל נוסע לחו"ל לחודשיים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הפחד והדעה הקדומה של האישה משפיעים על יחסה לפועלים לאורך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המשמעות הסמלית של החדר על הגג עבור האישה?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האישה בוחרת בסוף להכחיש את רגשותיה כלפי חסן?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לדעתכם שאלתו של יואל בסוף הסיפור ('הם עשו בעיות?') מייצגת דעה קדומה נפוצה? נמקו את עמדתכם בעזרת דוגמה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בונה את החדר על הגג ולמה יואל לא נוכח בזמן הבנייה?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מתגלה על חסן, ואיך זה סותר את החשש של האישה ממנו?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מסתיים הסיפור, ומה זה מגלה על האישה?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"חדר על הגג" מאת סביון ליברכט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